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 /><Relationship Id="rId2" Type="http://schemas.openxmlformats.org/package/2006/relationships/metadata/thumbnail" Target="docProps/thumbnail.jpeg" /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A7ACD38" w14:textId="77777777" w:rsidR="00855B0E" w:rsidRDefault="009C3CF8">
      <w:pPr>
        <w:spacing w:after="0"/>
        <w:jc w:val="center"/>
      </w:pPr>
      <w:r>
        <w:rPr>
          <w:noProof/>
        </w:rPr>
        <w:drawing>
          <wp:inline distT="0" distB="0" distL="0" distR="0" wp14:anchorId="66E1D2EB" wp14:editId="00656973">
            <wp:extent cx="7040880" cy="9963733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page_CamScanner_10-19-2026_15.18.pdf_0.pn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7040880" cy="99637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1FE38A" w14:textId="77777777" w:rsidR="00855B0E" w:rsidRDefault="009C3CF8">
      <w:r>
        <w:lastRenderedPageBreak/>
        <w:br w:type="page"/>
      </w:r>
    </w:p>
    <w:p w14:paraId="66690B42" w14:textId="77777777" w:rsidR="00855B0E" w:rsidRDefault="009C3CF8">
      <w:pPr>
        <w:spacing w:after="0"/>
        <w:jc w:val="center"/>
      </w:pPr>
      <w:r>
        <w:rPr>
          <w:noProof/>
        </w:rPr>
        <w:lastRenderedPageBreak/>
        <w:drawing>
          <wp:inline distT="0" distB="0" distL="0" distR="0" wp14:anchorId="4D8B1FB7" wp14:editId="6D4C9F7F">
            <wp:extent cx="7040880" cy="9963733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page_CamScanner_10-19-2026_15.18.pdf_1.pn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040880" cy="99637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55B0E" w:rsidSect="00034616">
      <w:pgSz w:w="12240" w:h="15840"/>
      <w:pgMar w:top="576" w:right="576" w:bottom="576" w:left="5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notTrueType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16943195">
    <w:abstractNumId w:val="8"/>
  </w:num>
  <w:num w:numId="2" w16cid:durableId="2099446229">
    <w:abstractNumId w:val="6"/>
  </w:num>
  <w:num w:numId="3" w16cid:durableId="1850291445">
    <w:abstractNumId w:val="5"/>
  </w:num>
  <w:num w:numId="4" w16cid:durableId="1745955249">
    <w:abstractNumId w:val="4"/>
  </w:num>
  <w:num w:numId="5" w16cid:durableId="1985116578">
    <w:abstractNumId w:val="7"/>
  </w:num>
  <w:num w:numId="6" w16cid:durableId="1876888276">
    <w:abstractNumId w:val="3"/>
  </w:num>
  <w:num w:numId="7" w16cid:durableId="1708528053">
    <w:abstractNumId w:val="2"/>
  </w:num>
  <w:num w:numId="8" w16cid:durableId="818770868">
    <w:abstractNumId w:val="1"/>
  </w:num>
  <w:num w:numId="9" w16cid:durableId="16063780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web"/>
  <w:zoom w:percent="60"/>
  <w:bordersDoNotSurroundHeader/>
  <w:bordersDoNotSurroundFooter/>
  <w:proofState w:spelling="clean"/>
  <w:revisionView w:inkAnnotations="0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855B0E"/>
    <w:rsid w:val="0091552F"/>
    <w:rsid w:val="009C3CF8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F96213A"/>
  <w14:defaultImageDpi w14:val="300"/>
  <w15:docId w15:val="{D1BB7787-41E4-3C46-9AB3-FCB5462635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页眉 字符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页脚 字符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标题 1 字符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标题 2 字符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标题 3 字符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标题 字符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副标题 字符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正文文本 字符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正文文本 2 字符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正文文本 3 字符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宏文本 字符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用 字符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标题 4 字符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标题 5 字符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标题 6 字符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标题 7 字符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标题 8 字符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标题 9 字符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明显引用 字符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TOC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1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2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3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4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8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9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5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6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7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8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 /><Relationship Id="rId3" Type="http://schemas.openxmlformats.org/officeDocument/2006/relationships/styles" Target="styles.xml" /><Relationship Id="rId7" Type="http://schemas.openxmlformats.org/officeDocument/2006/relationships/image" Target="media/image2.png" /><Relationship Id="rId2" Type="http://schemas.openxmlformats.org/officeDocument/2006/relationships/numbering" Target="numbering.xml" /><Relationship Id="rId1" Type="http://schemas.openxmlformats.org/officeDocument/2006/relationships/customXml" Target="../customXml/item1.xml" /><Relationship Id="rId6" Type="http://schemas.openxmlformats.org/officeDocument/2006/relationships/image" Target="media/image1.png" /><Relationship Id="rId5" Type="http://schemas.openxmlformats.org/officeDocument/2006/relationships/webSettings" Target="webSettings.xml" /><Relationship Id="rId4" Type="http://schemas.openxmlformats.org/officeDocument/2006/relationships/settings" Target="settings.xm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L L</cp:lastModifiedBy>
  <cp:revision>2</cp:revision>
  <dcterms:created xsi:type="dcterms:W3CDTF">2026-10-19T15:53:00Z</dcterms:created>
  <dcterms:modified xsi:type="dcterms:W3CDTF">2026-10-19T15:53:00Z</dcterms:modified>
  <cp:category/>
</cp:coreProperties>
</file>